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היסוד של הכדורגל, את מבנה המגרש ואת העמדות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טקסט מידע וסיפור קצר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ומשפחות מילים הקשורות לעולם הספורט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ערכים של עבודת קבוצה, כבוד הדדי והתמודדות עם הצלחה וכישלון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עולם הכדורגל: המגרש, השער והחוקים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קבוצה יש 11 שחקנים ושחקניות על המגרש.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הקבוצה שמבקיעה יותר גולים היא המנצחת.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המגרש הוא מלבן של דשא, ובכל צד יש שער עם רשת.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השוער או השוערת רשאים לגעת בכדור בידיים, ורק ברחבת העונשין שלהם.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עולם הכדורגל: המגרש, השער והחוקים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רחבת העונשין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עולם הכדורגל: המגרש, השער והחוקים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יוצא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זה התפקיד שלהם לשמור על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רחבת העונשין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העמדות והתפקידים במגרש – זיהוי עמדות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שוער/ת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חלוץ/ה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שופט/ת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מאמן/ת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העמדות והתפקידים במגרש – התאמה בין עמדה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(ריכוז, אומץ וקפיצה חזקה)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(קריאת משחק ושמירה הוגנת)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(מסירות מדויקות וכושר)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(מהירות ובעיטה מדויקת)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(הגינות והחלטה מהירה)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(סבלנות ועין לכל שחקן ושחקנית)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העמדות והתפקידים במגרש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העמדות והתפקידים במגרש – נכון או לא נכון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מותר רק בתוך רחבת העונשין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הסיפור: ידיים של זהב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בתחילת הסיפור - תמר משחקת כשוערת בקבוצת השכונה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רחל אומרת לתמר שיש לה ידיים של זהב ולב של אריה.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בתחילת תיאור המשחק נגד הנמרים הירוקים.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יונתן הוא הקשר של הקבוצה, לא השוער.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המאמנת אומרת ששוערת טובה היא מי שקמה אחרי טעות, ולא מי שלא טועה בכלל.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הסיפור: ידיים של זהב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רצה למגרש הקטן אחרי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הכדור מתגלגל בין הרגליים של תמר ונכנס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תמר יושבת לבדה על הספסל בהפסקה ולא רוצה לשחק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יונתן מספר לתמר שגם הוא פיספס בעיטה קלה באותו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תמר חוזרת לעמוד בשער במחצית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הסיפור: ידיים של זהב – מסר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לעודד אותה ולהראות לה שגם שחקנים טובים טועים, כך שהיא לא תרגיש לבד בטעות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שחברי קבוצה תומכים זה בזה גם ברגעים קשים, ומתאוששים יחד אחרי כישלון או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שוערת טובה היא לא מי שלא טועה אף פעם, אלא מי שיודעת לקום ולהמשיך לשחק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- חשוב לכלול עידוד, הבנה שטעויות קורות לכולם, ועזרה לתמר להמשיך לשחק בביטחון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ומשפחות מילים מעולם הספורט – מכירים את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ששומר/ת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(פעולה של הכאה בכדור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 שמשחק/ת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(כדור שנכנס לשער)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 שמכין/ה את הקבוצה לאימון ולמשחק)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ומשפחות מילים מעולם הספורט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שחקנים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מילים ומשפחות מילים מעולם הספורט – חושבים על 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בעיטה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מילים ומשפחות מילים מעולם הספורט – כותבים עם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שלמים שמשתמשים נכון במילים שוערת ובעיטה, הקשורים לכדורגל.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שערים, לשער, שוערת.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ספורט וערכים: קבוצה, כבוד והפסד בכבוד – זוכרים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תמר שומרת על השער של קבוצתה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נקראת הקבוצה שמשחקת נגד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הכדור נכנס לשער כבר בתחילת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יונתן סיפר שגם הוא פספס בעיטה קלה באותו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אמרה ששוערת טובה היא מי שקמה אחרי 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ספורט וערכים: קבוצה, כבוד והפסד בכבוד – מילים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(לעזור זה לזה גם ברגעים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(מילים טובות שעוזרות להרגיש טוב אחרי טעות)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(לקבל תוצאה לא טובה בלי כעס על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(היכולת לקום ולהמשיך אחרי כישלון)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(להתייחס יפה גם לקבוצה המתחרה)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ספורט וערכים: קבוצה, כבוד והפסד בכבוד – חושבים ומשוחחים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עונים שהיא מבינה שכולם טועים לפעמים ושהיא לא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חשוב יותר איך מתמודדים אחרי כישלון מאשר לא לטעות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משפטי עידוד כמו: השתדלנו מאוד, במשחק הבא ננצח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זה מחזק את הביטחון של השחקן ושומר על רוח קבוצתית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כותבים ויוצרים: קבוצה דמיונית וכתיבה – היכרות עם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בוחרת זהות משלה שמייצגת אותה.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ורצוי לבחור מוטו שמבטא את ערכי הקבוצה.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מוטו הוא משפט קצר שמבטא את רוח הקבוצה, לא רשימת שחקנים.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כותבים ויוצרים: קבוצה דמיונית וכתיבה – מכירים ובוחרים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תמונה שמייצגת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למאמן/ת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כותבים ויוצרים: קבוצה דמיונית וכתיבה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הכוכבים הכחולים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תכלול: גול - כניסת כדור לשער; רחבת העונשין - האזור שבו השוער רשאי לגעת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תזהה נכון שתי עמדות לפחות מתוך שוער, מגן, קשר, חלוץ ותתאר תפקיד אחד נכון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שגם שחקנים טובים טועים, ושחשוב לקום ולהמשיך, ושקבוצה תומכת אחת בשנייה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ולסיים כל שיעור בעמוד החזרה המתאים לפרק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לקרוא את הטקסטים בקול ולהשתמש בציורי המגרש והעמדות כעזר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כתיבה חופשית, כמו כתבה קצרה על משחק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בין עבודה אישית לעבודה בזוגות, במיוחד בפעילויות כמו התאמה ומשחקי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כדורגל: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על כדורגל. יש מגרש, עמדות וסיפור. פותרים כל דף לפי הסדר. בסוף בודקים מה למדנו.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כדורגל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קבוצתי עם כדור ושני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צריך להכניס את הכדור כדי לקבל 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שנכנס לשער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רחבת העונשין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האזור הגדול ליד השער שבו השוער רשאי לגעת בכדור בידיים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 ומותר לו לגעת בכדור בידיים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חלוץ/ה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שמנסה להבקיע שערים קרוב לשער היריבה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קשר/ית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שמחבר בין ההגנה להתקפה באמצע המגרש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מגן/ה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שעוצר התקפות קרוב לשער של הקבוצה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הוגן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לשחק לפי הכללים, בכבוד לשחקנים ולשופטים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לקום ולהמשיך אחרי טעות או הפסד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עולם הכדורגל: המגרש, השער והחוקים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קבוצת כדורגל משחקים אחד-עשר שחקנים ושחקניות.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המשחק היא להבקיע כמה שפחות גולים.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מגרש כדורגל עשוי דשא ויש בו שער בכל צד.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שחקן ושחקנית לגעת בכדור בידיים בכל מקום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עולם הכדורגל: המגרש, השער והחוקים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האזור הגדול מול השער, שבו מותר לשוער לגעת בכדור בידיים,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כשהכדור עובר את קו השער בין הקורות, קוראים לזה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במקום שממנו מתחילים את המשחק באמצע המגרש יש __________ מרכזי.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כשהכדור יוצא מהמגרש בצד, מחזירים אותו בזריקה בשתי __________ מעל הראש.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עולם הכדורגל: המגרש, השער והחוקים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כרטיס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מקבל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יוצא מהמשחק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מקבל בעיטת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ממשיך לשחק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לשוער מותר לגעת בכדור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או היא הכי מהירים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התפקיד שלהם לשמור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הקפטנים של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בכלל אסור לגעת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כשהכדור נכנס לשער?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בעיטת קרן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מותר לשוער לגעת בכדור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רחבת העונשין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 החוץ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 הקרן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העמדות והתפקידים במגרש – זיהוי עמדות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מותר לו לגעת בכדור ביד?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מנסה להבקיע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נותן 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מגן/ה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מאמן את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העמדות והתפקידים במגרש – התאמה בין עמדה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קריאת משחק ושמירה הוגנת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מהירות ובעיטה מדויקת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סבלנות ועין לכל שחקן ושחקנית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הגינות והחלטה מהירה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מסירות מדויקות וכושר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מאמן/ת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ריכוז, אומץ וקפיצה חזקה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העמדות והתפקידים במגרש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עומד או עומדת בשער ושומר/ת שהכדור לא ייכנס.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העמדות והתפקידים במגרש – נכון או לא נכון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לשוער/ת מותר לגעת בכדור בידיים בכל מקום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הסיפור: ידיים של זהב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השוערת של קבוצת "הכוכבים הכחולים".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רחל אומרת לתמר שיש לה ידיים של עץ ולב של דג.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הגול הראשון במשחק נכנס לשער כבר בדקה החמישית.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הוא השוער של הקבוצה.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המאמנת דנה אומרת שהשוערת הטובה היא מי שאף פעם לא טועה.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הסיפור: ידיים של זהב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מספר לתמר שגם הוא פיספס בעיטה קלה באותו 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יושבת לבדה על הספסל בהפסקה ולא רוצה לשחק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רצה למגרש הקטן אחרי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חוזרת לעמוד בשער במחצית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הכדור מתגלגל בין הרגליים של תמר ונכנס לשער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הסיפור: ידיים של זהב – מסר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יונתן מספר לתמר שגם הוא פיספס בעיטה קלה באותו משחק?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המשפט של יונתן: "נופלים ביחד וקמים ביחד"?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אומרת המאמנת דנה על שוערת טובה.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הייתם אומרים לתמר אילו הייתם במקומו של יונתן בהפסקה?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ומשפחות מילים מעולם הספורט – מכירים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 /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כדור שנכנס לשער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ששומר/ת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שחקן / שחקנית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שמכין/ה את הקבוצה לאימון ולמשחק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פעולה של הכאה בכדור ברגל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מאמן / מאמנת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שמשחק/ת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ומשפחות מילים מעולם הספורט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היא ה__________ של הקבוצה, היא שומרת על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יונתן __________ בכדור בעיטה חזקה לעבר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כשהכדור נכנס לשער קוראים לזה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מכינה את הקבוצה לקראת המשחק הגדול.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קבוצה יש אחד עשר __________ שמשחקים יחד על המגרש.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מילים ומשפחות מילים מעולם הספורט – חושבים על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למילה שיחק?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למילה בעט?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מילים ומשפחות מילים מעולם הספורט – כותבים עם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"שוערת" ומשפט אחד עם המילה "בעיטה".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נוספות ששייכות למשפחת המילה "שער" (למשל: שוער).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ספורט וערכים: קבוצה, כבוד והפסד בכבוד – זוכרים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השוערת של קבוצת 'הכוכבים הכחולים'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היריבה במשחק נקראת 'הנמרים הירוקים'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ספגה גול כבר בדקה החמישית של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אמר לתמר שרק היא טועה במשחקים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המאמנת דנה אמרה ששוערת טובה היא מי שלא טועה אף 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ספורט וערכים: קבוצה, כבוד והפסד בכבוד – מילים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עבודת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טובות שעוזרות להרגיש טוב אחרי 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עידוד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להתייחס יפה גם לקבוצה המתחרה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הפסד בכבוד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לקבל תוצאה לא טובה בלי כעס על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לעזור זה לזה גם ברגעים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כבוד ליריב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היכולת לקום ולהמשיך אחרי כישלון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ספורט וערכים: קבוצה, כבוד והפסד בכבוד – חושבים ומשוחחים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יונתן מספר לתמר שגם הוא פספס בעיטה קלה. איך זה עוזר לתמר להרגיש טוב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המאמנת דנה אומרת ששוערת טובה היא מי שקמה אחרי טעות. כתבו במילים שלכם מה המשמעות של המשפט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שהקבוצה שלכם הפסידה במשחק. כתבו שני משפטים שתגידו לחברים כדי לעודד אותם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שבקבוצה יעזרו זה לזה גם כשמישהו טועה? הסבירו בשתי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כותבים ויוצרים: קבוצה דמיונית וכתיבה – היכרות עם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לקבוצת כדורגל יש שם, צבעים וסמל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לקבוצה דמיונית לבחור מוטו (משפט מנחה).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מוטו הוא רשימת השחקנים בקבוצה.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כותבים ויוצרים: קבוצה דמיונית וכתיבה – מכירים ובוחרים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שמייצגת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מגרש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כותבים מכתב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למאמן/ת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כותבים ויוצרים: קבוצה דמיונית וכתיבה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הקצר שמבטא את רוח הקבוצה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בסיפור, הקבוצה של תמר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זה גול ומהי רחבת העונשין?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לתאר שתי עמדות שונות במגרש ומה כל אחת עושה?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זוכר/ת מה למדה תמר בסיפור על טעויות והתמודדות עם הפסד?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כדורגל: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