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כדורגל: המשחק שכולם אוהבים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חוקי היסוד של הכדורגל, את מבנה המגרש ואת העמדות העיקריות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דרך טקסט מידע וסיפור קצר על 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ומשפחות מילים הקשורות לעולם הספורט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ערכים של עבודת קבוצה, כבוד הדדי והתמודדות עם הצלחה וכישלון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עולם הכדורגל: המגרש, השער והחוקים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בכל קבוצה יש 11 שחקנים ושחקניות על המגרש.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הקבוצה שמבקיעה יותר גולים היא המנצחת.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עולם הכדורגל: המגרש, השער והחוקים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רחבת העונשין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עולם הכדורגל: המגרש, השער והחוקים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הוא יוצא מהמשחק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גול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העמדות והתפקידים במגרש – זיהוי עמדות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שוער/ת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חלוץ/ה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שופט/ת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העמדות והתפקידים במגרש – התאמה בין עמדה לתכונה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(ריכוז, אומץ וקפיצה חזקה)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(קריאת משחק ושמירה הוגנת)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(מסירות מדויקות וכושר)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(מהירות ובעיטה מדויקת)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העמדות והתפקידים במגרש – הבנה ויישום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העמדות והתפקידים במגרש – נכון או לא נכון וחשיבה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הסיפור: ידיים של זהב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מסופר בתחילת הסיפור - תמר משחקת כשוערת בקבוצת השכונה שלה.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סבתא רחל אומרת לתמר שיש לה ידיים של זהב ולב של אריה.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בתחילת תיאור המשחק נגד הנמרים הירוקים.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הסיפור: ידיים של זהב – סדר האירועים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תמר רצה למגרש הקטן אחרי בית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הכדור מתגלגל בין הרגליים של תמר ונכנס לשער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תמר חוזרת לעמוד בשער במחצית השנייה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הסיפור: ידיים של זהב – מסר וערכים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מילים ומשפחות מילים מעולם הספורט – מכירים את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(מי ששומר/ת על השער)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(פעולה של הכאה בכדור ברגל)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(מי שמשחק/ת במשחק)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(כדור שנכנס לשער)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מילים ומשפחות מילים מעולם הספורט – משלימים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שוערת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בועט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מילים ומשפחות מילים מעולם הספורט – חושבים על משפחות מילים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מילים ומשפחות מילים מעולם הספורט – כותבים עם המילים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ספורט וערכים: קבוצה, כבוד והפסד בכבוד – זוכרים את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תמר שומרת על השער של קבוצתה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נקראת הקבוצה שמשחקת נגד תמר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הכדור נכנס לשער כבר בתחילת המשחק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ספורט וערכים: קבוצה, כבוד והפסד בכבוד – מילים וערכים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(לעזור זה לזה גם ברגעים קשים)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(מילים טובות שעוזרות להרגיש טוב אחרי טעות)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(לקבל תוצאה לא טובה בלי כעס על אחרים)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ספורט וערכים: קבוצה, כבוד והפסד בכבוד – חושבים ומשוחחים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כותבים ויוצרים: קבוצה דמיונית וכתיבה – היכרות עם הנושא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 קבוצה בוחרת זהות משלה שמייצגת אותה.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אפשר ורצוי לבחור מוטו שמבטא את ערכי הקבוצה.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כותבים ויוצרים: קבוצה דמיונית וכתיבה – מכירים ובוחרים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תמונה שמייצגת את הקבוצה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למאמן/ת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כותבים ויוצרים: קבוצה דמיונית וכתיבה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מוטו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הכוכבים הכחולים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תכלול: גול - כניסת כדור לשער; רחבת העונשין - האזור שבו השוער רשאי לגעת בידיים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תזהה נכון שתי עמדות לפחות מתוך שוער, מגן, קשר, חלוץ ותתאר תפקיד אחד נכון לכל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תזכיר שגם שחקנים טובים טועים, ושחשוב לקום ולהמשיך, ושקבוצה תומכת אחת בשנייה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ללמד פרק אחד בכל שיעור, ולסיים כל שיעור בעמוד החזרה המתאים לפרק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לקרוא את הטקסטים בקול ולהשתמש בציורי המגרש והעמדות כעזר חזותי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משימת כתיבה חופשית, כמו כתבה קצרה על משחק דמיוני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בין עבודה אישית לעבודה בזוגות, במיוחד בפעילויות כמו התאמה ומשחקי מילים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כדורגל: המשחק שכולם אוהבים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הזאת תלמדו על עולם הכדורגל - המגרש, העמדות, סיפור מרגש ועוד. עברו על הפרקים לפי הסדר, פתרו כל תרגיל בעט או בעיפרון, ובסוף כל פרק בדקו את עצמכם בעמוד החזרה.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מוטו  ·  בועט  ·  שוערת  ·  רחבת העונשין  ·  הכוכבים הכחולים  ·  גול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עולם הכדורגל: המגרש, השער והחוקים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בכל קבוצת כדורגל משחקים אחד-עשר שחקנים ושחקניות.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מטרת המשחק היא להבקיע כמה שפחות גולים.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עולם הכדורגל: המגרש, השער והחוקים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האזור הגדול מול השער, שבו מותר לשוער לגעת בכדור בידיים,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כשהכדור עובר את קו השער בין הקורות, קוראים לזה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עולם הכדורגל: המגרש, השער והחוקים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קורה כששופט או שופטת מראים כרטיס אדום לשחקן?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הוא מקבל אזהרה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הוא יוצא מהמשחק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הוא מקבל בעיטת פנדל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כדור שנבעט ועובר את קו השער בין הקורות - מה קרה?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בעיטת קרן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2 · העמדות והתפקידים במגרש – זיהוי עמדות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רשאי לגעת בכדור בידיים במגרש?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שוער/ת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מגן/ה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קשר/ית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עמדה משחקת הכי קרוב לשער של היריבים ומנסה להבקיע שערים?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שוער/ת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חלוץ/ה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מגן/ה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מי מראה כרטיס צהוב או כרטיס אדום בזמן המשחק?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מאמן/ת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קשר/ית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שופט/ת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העמדות והתפקידים במגרש – התאמה בין עמדה לתכונה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שוער/ת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קריאת משחק ושמירה הוגנת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מגן/ה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מהירות ובעיטה מדויקת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קשר/ית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ריכוז, אומץ וקפיצה חזקה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חלוץ/ה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מסירות מדויקות וכושר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העמדות והתפקידים במגרש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העמדות והתפקידים במגרש – נכון או לא נכון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הסיפור: ידיים של זהב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תמר היא השוערת של קבוצת "הכוכבים הכחולים".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סבתא רחל אומרת לתמר שיש לה ידיים של עץ ולב של דג.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הגול הראשון במשחק נכנס לשער כבר בדקה החמישית.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הסיפור: ידיים של זהב – סדר האירועים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תמר חוזרת לעמוד בשער במחצית השנייה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הכדור מתגלגל בין הרגליים של תמר ונכנס לשער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תמר רצה למגרש הקטן אחרי בית הספר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הסיפור: ידיים של זהב – מסר וערכים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4 · מילים ומשפחות מילים מעולם הספורט – מכירים את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שוער / שוערת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מי שמשחק/ת במשחק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בעיטה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מי ששומר/ת על השער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שחקן / שחקנית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כדור שנכנס לשער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גול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פעולה של הכאה בכדור ברגל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מילים ומשפחות מילים מעולם הספורט – משלימים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תמר היא ה__________ של הקבוצה, היא שומרת על השער.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יונתן __________ בכדור בעיטה חזקה לעבר השער.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מילים ומשפחות מילים מעולם הספורט – חושבים על משפחות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מילים ומשפחות מילים מעולם הספורט – כותבים עם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ספורט וערכים: קבוצה, כבוד והפסד בכבוד – זוכרים את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תמר היא השוערת של קבוצת 'הכוכבים הכחולים'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הקבוצה היריבה במשחק נקראת 'הנמרים הירוקים'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תמר ספגה גול כבר בדקה החמישית של המשחק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ספורט וערכים: קבוצה, כבוד והפסד בכבוד – מילים וערכים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עבודת קבוצה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לקבל תוצאה לא טובה בלי כעס על 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עידוד חבר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לעזור זה לזה גם ברגעים קשים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הפסד בכבוד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מילים טובות שעוזרות להרגיש טוב אחרי טעות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ספורט וערכים: קבוצה, כבוד והפסד בכבוד – חושבים ומשוחחים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6 · כותבים ויוצרים: קבוצה דמיונית וכתיבה – היכרות עם הנושא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לקבוצת כדורגל יש שם, צבעים וסמל משלה.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אסור לקבוצה דמיונית לבחור מוטו (משפט מנחה).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6 · כותבים ויוצרים: קבוצה דמיונית וכתיבה – מכירים ובוחרים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זה סמל של 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תמונה שמייצגת את הקבוצה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שם של שחקן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מגרש המשחקים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למי אפשר לכתוב מכתב אחרי משחק כדי לומר תודה?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למאמן/ת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לשער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20  חלק כ׳ – פרק 6 · כותבים ויוצרים: קבוצה דמיונית וכתיבה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המשפט הקצר שמבטא את רוח הקבוצה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בסיפור, הקבוצה של תמר נקראת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יודע/ת להסביר מה זה גול ומהי רחבת העונשין?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יכול/ה לתאר שתי עמדות שונות במגרש ומה כל אחת עושה?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כדורגל: המשחק שכולם אוהבים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